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Brand"/>
        <w:jc w:val="center"/>
      </w:pPr>
      <w:r>
        <w:rPr>
          <w:b w:val="0"/>
        </w:rPr>
        <w:t>ROBERTO &amp; FRANCO</w:t>
      </w:r>
    </w:p>
    <w:p>
      <w:pPr>
        <w:jc w:val="center"/>
      </w:pPr>
      <w:r>
        <w:rPr>
          <w:b w:val="0"/>
        </w:rPr>
        <w:t>DELIKATESY WŁOSKIE</w:t>
      </w:r>
    </w:p>
    <w:p>
      <w:pPr>
        <w:pStyle w:val="Head"/>
        <w:jc w:val="center"/>
      </w:pPr>
      <w:r>
        <w:rPr>
          <w:b w:val="0"/>
        </w:rPr>
        <w:t>FORMULARZ ODSTĄPIENIA OD UMOWY</w:t>
      </w:r>
    </w:p>
    <w:p>
      <w:pPr>
        <w:jc w:val="center"/>
      </w:pPr>
      <w:r>
        <w:rPr>
          <w:b w:val="0"/>
        </w:rPr>
        <w:t>Wypełnij i prześlij wyłącznie, jeśli chcesz odstąpić od umowy.</w:t>
      </w:r>
    </w:p>
    <w:p>
      <w:r>
        <w:rPr>
          <w:b/>
        </w:rPr>
        <w:t>Adresat</w:t>
      </w:r>
    </w:p>
    <w:p>
      <w:r>
        <w:rPr>
          <w:b w:val="0"/>
        </w:rPr>
        <w:t>Roberto&amp;Franco sp. z o.o.</w:t>
        <w:br/>
        <w:t>ul. gen. Józefa Zajączka 9A lok. C2</w:t>
        <w:br/>
        <w:t>01-518 Warszawa</w:t>
        <w:br/>
        <w:t>e-mail: info@robertofranco.pl</w:t>
      </w:r>
    </w:p>
    <w:p>
      <w:r>
        <w:t>Ja/My (*) niniejszym informuję/informujemy (*) o moim/naszym odstąpieniu od umowy sprzedaży następujących towarów (*):</w:t>
      </w:r>
    </w:p>
    <w:p>
      <w:r>
        <w:rPr>
          <w:b w:val="0"/>
        </w:rPr>
        <w:t>....................................................................................................................................</w:t>
      </w:r>
    </w:p>
    <w:p>
      <w:r>
        <w:rPr>
          <w:b w:val="0"/>
        </w:rPr>
        <w:t>....................................................................................................................................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4608"/>
      </w:tblGrid>
      <w:tr>
        <w:tc>
          <w:tcPr>
            <w:tcW w:type="dxa" w:w="5040"/>
            <w:vAlign w:val="center"/>
          </w:tcPr>
          <w:p>
            <w:pPr>
              <w:spacing w:after="180"/>
            </w:pPr>
            <w:r>
              <w:t>Data zawarcia umowy (*) / odbioru towaru (*):</w:t>
            </w:r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180"/>
            </w:pPr>
            <w:r>
              <w:t>Imię i nazwisko konsumenta(-ów):</w:t>
            </w:r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180"/>
            </w:pPr>
            <w:r>
              <w:t>Adres konsumenta(-ów):</w:t>
            </w:r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180"/>
            </w:pPr>
            <w:r/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180"/>
            </w:pPr>
            <w:r>
              <w:t>Numer zamówienia (opcjonalnie):</w:t>
            </w:r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180"/>
            </w:pPr>
            <w:r>
              <w:t>Adres e-mail do kontaktu (opcjonalnie):</w:t>
            </w:r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180"/>
            </w:pPr>
            <w:r>
              <w:t>Data:</w:t>
            </w:r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180"/>
            </w:pPr>
            <w:r>
              <w:t>Podpis konsumenta(-ów):</w:t>
            </w:r>
          </w:p>
        </w:tc>
        <w:tc>
          <w:tcPr>
            <w:tcW w:type="dxa" w:w="4608"/>
            <w:vAlign w:val="center"/>
          </w:tcPr>
          <w:p>
            <w:pPr>
              <w:spacing w:after="180"/>
            </w:pPr>
            <w:r>
              <w:t>........................................................</w:t>
            </w:r>
          </w:p>
        </w:tc>
      </w:tr>
    </w:tbl>
    <w:p>
      <w:r>
        <w:rPr>
          <w:b w:val="0"/>
        </w:rPr>
        <w:t>(*) Niepotrzebne skreślić. Podpis wymagany jest wyłącznie, jeżeli formularz jest przesyłany w wersji papierowej.</w:t>
      </w:r>
    </w:p>
    <w:p>
      <w:r>
        <w:rPr>
          <w:b/>
        </w:rPr>
        <w:t>WAŻNE INFORMACJE</w:t>
      </w:r>
    </w:p>
    <w:p>
      <w:r>
        <w:rPr>
          <w:b w:val="0"/>
        </w:rPr>
        <w:t>Nie musisz używać tego formularza. Odstąpienie od umowy można zgłosić także innym jednoznacznym oświadczeniem, np. e-mailem. Nie ma obowiązku podawania przyczyny. Prawo odstąpienia może nie przysługiwać w ustawowo określonych przypadkach (np. niektóre towary szybko psujące się). Reklamacje z tytułu niezgodności towaru z umową stanowią odrębną procedurę.</w:t>
      </w:r>
    </w:p>
    <w:sectPr w:rsidR="00FC693F" w:rsidRPr="0006063C" w:rsidSect="00034616">
      <w:footerReference w:type="default" r:id="rId9"/>
      <w:pgSz w:w="12240" w:h="15840"/>
      <w:pgMar w:top="893" w:right="1195" w:bottom="864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Roberto &amp; Franco  •  robertofranco.pl  •  Formularz odstąpienia od umowy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C3C3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">
    <w:name w:val="Brand"/>
    <w:rPr>
      <w:rFonts w:ascii="Georgia" w:hAnsi="Georgia"/>
      <w:b/>
      <w:color w:val="746029"/>
      <w:sz w:val="26"/>
    </w:rPr>
  </w:style>
  <w:style w:type="paragraph" w:customStyle="1" w:styleId="Head">
    <w:name w:val="Head"/>
    <w:rPr>
      <w:rFonts w:ascii="Georgia" w:hAnsi="Georgia"/>
      <w:b/>
      <w:color w:val="746029"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